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68CD3" w14:textId="0AB73275" w:rsidR="007830E5" w:rsidRPr="00E748DE" w:rsidRDefault="00DD2AEE" w:rsidP="2A52360A">
      <w:pPr>
        <w:pStyle w:val="Titel"/>
        <w:rPr>
          <w:sz w:val="48"/>
          <w:szCs w:val="48"/>
          <w:lang w:val="nl-NL"/>
        </w:rPr>
      </w:pPr>
      <w:r w:rsidRPr="2A52360A">
        <w:rPr>
          <w:sz w:val="48"/>
          <w:szCs w:val="48"/>
          <w:lang w:val="nl-NL"/>
        </w:rPr>
        <w:t>Quiz: Handhygiëne in de Thuiszorg</w:t>
      </w:r>
    </w:p>
    <w:p w14:paraId="14054FC6" w14:textId="77777777" w:rsidR="007830E5" w:rsidRPr="00E748DE" w:rsidRDefault="00DD2AEE">
      <w:pPr>
        <w:pStyle w:val="Kop1"/>
        <w:rPr>
          <w:lang w:val="nl-NL"/>
        </w:rPr>
      </w:pPr>
      <w:r w:rsidRPr="00E748DE">
        <w:rPr>
          <w:lang w:val="nl-NL"/>
        </w:rPr>
        <w:t>Vraag 1:</w:t>
      </w:r>
    </w:p>
    <w:p w14:paraId="3CEDB44E" w14:textId="77777777" w:rsidR="008024C6" w:rsidRDefault="00DD2AEE">
      <w:pPr>
        <w:rPr>
          <w:lang w:val="nl-NL"/>
        </w:rPr>
      </w:pPr>
      <w:r w:rsidRPr="00E748DE">
        <w:rPr>
          <w:lang w:val="nl-NL"/>
        </w:rPr>
        <w:t>Hoeveel momenten van handhygiëne zijn er volgens de WHO?</w:t>
      </w:r>
      <w:r w:rsidRPr="00E748DE">
        <w:rPr>
          <w:lang w:val="nl-NL"/>
        </w:rPr>
        <w:br/>
        <w:t>A. 4</w:t>
      </w:r>
      <w:r w:rsidRPr="00E748DE">
        <w:rPr>
          <w:lang w:val="nl-NL"/>
        </w:rPr>
        <w:br/>
        <w:t>B. 5</w:t>
      </w:r>
      <w:r w:rsidRPr="00E748DE">
        <w:rPr>
          <w:lang w:val="nl-NL"/>
        </w:rPr>
        <w:br/>
        <w:t>C. 6</w:t>
      </w:r>
    </w:p>
    <w:p w14:paraId="132F06FF" w14:textId="7784CE5D" w:rsidR="00014689" w:rsidRDefault="00DD2AEE">
      <w:pPr>
        <w:rPr>
          <w:b/>
          <w:bCs/>
          <w:lang w:val="nl-NL"/>
        </w:rPr>
      </w:pPr>
      <w:r w:rsidRPr="00E748DE">
        <w:rPr>
          <w:lang w:val="nl-NL"/>
        </w:rPr>
        <w:br/>
      </w:r>
      <w:r w:rsidR="008024C6" w:rsidRPr="008024C6">
        <w:rPr>
          <w:b/>
          <w:bCs/>
          <w:lang w:val="nl-NL"/>
        </w:rPr>
        <w:t>Lees deze casus goed door:</w:t>
      </w:r>
      <w:r w:rsidR="008024C6" w:rsidRPr="008024C6">
        <w:rPr>
          <w:lang w:val="nl-NL"/>
        </w:rPr>
        <w:t xml:space="preserve"> Je bent bezig met de wondzorg van een cliënt en draagt handschoenen omdat je het vuile verband aan het verwijderen bent. Op dat moment gaat je telefoon. Je moet de telefoon opnemen omdat de cliënt onrustig wordt van het geluid. Nadat je het telefoontje hebt aangenomen, ga je verder met de wondzorg. Na het afronden van de wondzorg moet je de ogen van de cliënt druppelen. </w:t>
      </w:r>
      <w:r w:rsidR="008024C6" w:rsidRPr="006962C2">
        <w:rPr>
          <w:lang w:val="nl-NL"/>
        </w:rPr>
        <w:t>Daarna ga je rapporteren.</w:t>
      </w:r>
    </w:p>
    <w:p w14:paraId="5A12DAB1" w14:textId="77777777" w:rsidR="007830E5" w:rsidRPr="00E748DE" w:rsidRDefault="00DD2AEE">
      <w:pPr>
        <w:pStyle w:val="Kop1"/>
        <w:rPr>
          <w:lang w:val="nl-NL"/>
        </w:rPr>
      </w:pPr>
      <w:r w:rsidRPr="00E748DE">
        <w:rPr>
          <w:lang w:val="nl-NL"/>
        </w:rPr>
        <w:t>Vraag 2:</w:t>
      </w:r>
    </w:p>
    <w:p w14:paraId="205C954A" w14:textId="6D95BC64" w:rsidR="007830E5" w:rsidRPr="00E748DE" w:rsidRDefault="00DD2AEE">
      <w:pPr>
        <w:rPr>
          <w:lang w:val="nl-NL"/>
        </w:rPr>
      </w:pPr>
      <w:r w:rsidRPr="00E748DE">
        <w:rPr>
          <w:lang w:val="nl-NL"/>
        </w:rPr>
        <w:t>Hoe vaak moet je in bovenstaande casus handhygiëne toepassen?</w:t>
      </w:r>
      <w:r w:rsidRPr="00E748DE">
        <w:rPr>
          <w:lang w:val="nl-NL"/>
        </w:rPr>
        <w:br/>
        <w:t xml:space="preserve">A. </w:t>
      </w:r>
      <w:r w:rsidR="00E748DE">
        <w:rPr>
          <w:lang w:val="nl-NL"/>
        </w:rPr>
        <w:t>Drie</w:t>
      </w:r>
      <w:r w:rsidRPr="00E748DE">
        <w:rPr>
          <w:lang w:val="nl-NL"/>
        </w:rPr>
        <w:t xml:space="preserve"> keer</w:t>
      </w:r>
      <w:r w:rsidRPr="00E748DE">
        <w:rPr>
          <w:lang w:val="nl-NL"/>
        </w:rPr>
        <w:br/>
        <w:t>B. V</w:t>
      </w:r>
      <w:r w:rsidR="00E748DE">
        <w:rPr>
          <w:lang w:val="nl-NL"/>
        </w:rPr>
        <w:t>ier</w:t>
      </w:r>
      <w:r w:rsidRPr="00E748DE">
        <w:rPr>
          <w:lang w:val="nl-NL"/>
        </w:rPr>
        <w:t xml:space="preserve"> keer</w:t>
      </w:r>
      <w:r w:rsidRPr="00E748DE">
        <w:rPr>
          <w:lang w:val="nl-NL"/>
        </w:rPr>
        <w:br/>
        <w:t xml:space="preserve">C. </w:t>
      </w:r>
      <w:r w:rsidR="00E748DE">
        <w:rPr>
          <w:lang w:val="nl-NL"/>
        </w:rPr>
        <w:t>Vijf</w:t>
      </w:r>
      <w:r w:rsidRPr="00E748DE">
        <w:rPr>
          <w:lang w:val="nl-NL"/>
        </w:rPr>
        <w:t xml:space="preserve"> keer</w:t>
      </w:r>
      <w:r w:rsidRPr="00E748DE">
        <w:rPr>
          <w:lang w:val="nl-NL"/>
        </w:rPr>
        <w:br/>
      </w:r>
    </w:p>
    <w:p w14:paraId="1AD7FB52" w14:textId="77777777" w:rsidR="007830E5" w:rsidRPr="00E748DE" w:rsidRDefault="00DD2AEE">
      <w:pPr>
        <w:pStyle w:val="Kop1"/>
        <w:rPr>
          <w:lang w:val="nl-NL"/>
        </w:rPr>
      </w:pPr>
      <w:r w:rsidRPr="00E748DE">
        <w:rPr>
          <w:lang w:val="nl-NL"/>
        </w:rPr>
        <w:t>Vraag 3:</w:t>
      </w:r>
    </w:p>
    <w:p w14:paraId="6AD13E8C" w14:textId="4DF4E4F3" w:rsidR="007830E5" w:rsidRPr="00E748DE" w:rsidRDefault="00DD2AEE">
      <w:pPr>
        <w:rPr>
          <w:lang w:val="nl-NL"/>
        </w:rPr>
      </w:pPr>
      <w:r w:rsidRPr="00E748DE">
        <w:rPr>
          <w:lang w:val="nl-NL"/>
        </w:rPr>
        <w:t>Op welke momenten kies je voor handen wassen in plaats van handen desinfecteren?</w:t>
      </w:r>
      <w:r w:rsidRPr="00E748DE">
        <w:rPr>
          <w:lang w:val="nl-NL"/>
        </w:rPr>
        <w:br/>
        <w:t>(Twee antwoorden zijn juist)</w:t>
      </w:r>
      <w:r w:rsidRPr="00E748DE">
        <w:rPr>
          <w:lang w:val="nl-NL"/>
        </w:rPr>
        <w:br/>
        <w:t>A. Na (mogelijk) contact met lichaamsvloeistoffen.</w:t>
      </w:r>
      <w:r w:rsidRPr="00E748DE">
        <w:rPr>
          <w:lang w:val="nl-NL"/>
        </w:rPr>
        <w:br/>
        <w:t>B. Na het uittrekken van handschoenen</w:t>
      </w:r>
      <w:r w:rsidRPr="00E748DE">
        <w:rPr>
          <w:lang w:val="nl-NL"/>
        </w:rPr>
        <w:br/>
        <w:t>C. Na toiletgang</w:t>
      </w:r>
      <w:r w:rsidRPr="00E748DE">
        <w:rPr>
          <w:lang w:val="nl-NL"/>
        </w:rPr>
        <w:br/>
        <w:t xml:space="preserve">D. Voor het klaarmaken van </w:t>
      </w:r>
      <w:r>
        <w:rPr>
          <w:lang w:val="nl-NL"/>
        </w:rPr>
        <w:t>eten</w:t>
      </w:r>
      <w:r w:rsidRPr="00E748DE">
        <w:rPr>
          <w:lang w:val="nl-NL"/>
        </w:rPr>
        <w:t>.</w:t>
      </w:r>
      <w:r w:rsidRPr="00E748DE">
        <w:rPr>
          <w:lang w:val="nl-NL"/>
        </w:rPr>
        <w:br/>
      </w:r>
    </w:p>
    <w:p w14:paraId="78595ED1" w14:textId="77777777" w:rsidR="007830E5" w:rsidRPr="00E748DE" w:rsidRDefault="00DD2AEE">
      <w:pPr>
        <w:pStyle w:val="Kop1"/>
        <w:rPr>
          <w:lang w:val="nl-NL"/>
        </w:rPr>
      </w:pPr>
      <w:r w:rsidRPr="00E748DE">
        <w:rPr>
          <w:lang w:val="nl-NL"/>
        </w:rPr>
        <w:t>Vraag 4:</w:t>
      </w:r>
    </w:p>
    <w:p w14:paraId="0A8369E1" w14:textId="11778B56" w:rsidR="00E748DE" w:rsidRPr="00E748DE" w:rsidRDefault="00DD2AEE" w:rsidP="2A52360A">
      <w:pPr>
        <w:rPr>
          <w:lang w:val="nl-NL"/>
        </w:rPr>
      </w:pPr>
      <w:r w:rsidRPr="2A52360A">
        <w:rPr>
          <w:lang w:val="nl-NL"/>
        </w:rPr>
        <w:t>In navolging van de WHO vijf momenten van handhygiëne, wordt binnen de thuiszorg steeds meer gewerkt met de vier momenten van handhygiëne. Welke zijn dit?</w:t>
      </w:r>
      <w:r w:rsidR="00E748DE" w:rsidRPr="006677C9">
        <w:rPr>
          <w:lang w:val="nl-NL"/>
        </w:rPr>
        <w:br/>
      </w:r>
      <w:r w:rsidRPr="2A52360A">
        <w:rPr>
          <w:lang w:val="nl-NL"/>
        </w:rPr>
        <w:t>A. Kamer in, kamer uit, voor schoon, na vies</w:t>
      </w:r>
      <w:r w:rsidR="00E748DE" w:rsidRPr="006677C9">
        <w:rPr>
          <w:lang w:val="nl-NL"/>
        </w:rPr>
        <w:br/>
      </w:r>
      <w:r w:rsidRPr="2A52360A">
        <w:rPr>
          <w:lang w:val="nl-NL"/>
        </w:rPr>
        <w:t>B. Voor contact met de cliënt, na contact met de cliënt, na schoon, voor vies</w:t>
      </w:r>
      <w:r w:rsidR="00E748DE" w:rsidRPr="006677C9">
        <w:rPr>
          <w:lang w:val="nl-NL"/>
        </w:rPr>
        <w:br/>
      </w:r>
      <w:r w:rsidRPr="2A52360A">
        <w:rPr>
          <w:lang w:val="nl-NL"/>
        </w:rPr>
        <w:t>C. Voor contact met de cliënt, na contact met de cliënt, voor schoon, na vies</w:t>
      </w:r>
      <w:r w:rsidR="00E748DE" w:rsidRPr="006677C9">
        <w:rPr>
          <w:lang w:val="nl-NL"/>
        </w:rPr>
        <w:br/>
      </w:r>
      <w:r w:rsidRPr="2A52360A">
        <w:rPr>
          <w:lang w:val="nl-NL"/>
        </w:rPr>
        <w:t>D. Kamer in, kamer uit, na schoon, voor vies</w:t>
      </w:r>
      <w:r w:rsidR="00E748DE" w:rsidRPr="006677C9">
        <w:rPr>
          <w:lang w:val="nl-NL"/>
        </w:rPr>
        <w:br/>
      </w:r>
    </w:p>
    <w:p w14:paraId="3E7B71DE" w14:textId="23F63A8D" w:rsidR="00E748DE" w:rsidRPr="00E748DE" w:rsidRDefault="00E748DE">
      <w:pPr>
        <w:rPr>
          <w:lang w:val="nl-NL"/>
        </w:rPr>
      </w:pPr>
      <w:bookmarkStart w:id="0" w:name="_Hlk219726559"/>
      <w:r w:rsidRPr="2A52360A">
        <w:rPr>
          <w:b/>
          <w:bCs/>
          <w:lang w:val="nl-NL"/>
        </w:rPr>
        <w:lastRenderedPageBreak/>
        <w:t>Lees de volgende casus goed door:</w:t>
      </w:r>
      <w:r w:rsidRPr="2A52360A">
        <w:rPr>
          <w:lang w:val="nl-NL"/>
        </w:rPr>
        <w:t xml:space="preserve"> Je hebt de zorg voor </w:t>
      </w:r>
      <w:r w:rsidR="006962C2" w:rsidRPr="2A52360A">
        <w:rPr>
          <w:lang w:val="nl-NL"/>
        </w:rPr>
        <w:t xml:space="preserve">de </w:t>
      </w:r>
      <w:r w:rsidRPr="2A52360A">
        <w:rPr>
          <w:lang w:val="nl-NL"/>
        </w:rPr>
        <w:t xml:space="preserve">cliënt </w:t>
      </w:r>
      <w:r w:rsidR="006962C2" w:rsidRPr="2A52360A">
        <w:rPr>
          <w:lang w:val="nl-NL"/>
        </w:rPr>
        <w:t>afgerond. Je zet een kop thee en smeert een boterham met jam voor de cliënt</w:t>
      </w:r>
      <w:r w:rsidRPr="2A52360A">
        <w:rPr>
          <w:lang w:val="nl-NL"/>
        </w:rPr>
        <w:t xml:space="preserve">. </w:t>
      </w:r>
      <w:r w:rsidR="006962C2" w:rsidRPr="2A52360A">
        <w:rPr>
          <w:lang w:val="nl-NL"/>
        </w:rPr>
        <w:t xml:space="preserve">Terwijl je daar mee bezig bent, geeft de cliënt aan dat je vergeten bent de alarmhorloge om te doen. </w:t>
      </w:r>
      <w:r w:rsidRPr="2A52360A">
        <w:rPr>
          <w:lang w:val="nl-NL"/>
        </w:rPr>
        <w:t>Je merkt dat je handen iets plakkerig aanvoelen.</w:t>
      </w:r>
    </w:p>
    <w:bookmarkEnd w:id="0"/>
    <w:p w14:paraId="27A66A39" w14:textId="77777777" w:rsidR="007830E5" w:rsidRPr="00E748DE" w:rsidRDefault="00DD2AEE">
      <w:pPr>
        <w:pStyle w:val="Kop1"/>
        <w:rPr>
          <w:lang w:val="nl-NL"/>
        </w:rPr>
      </w:pPr>
      <w:r w:rsidRPr="00E748DE">
        <w:rPr>
          <w:lang w:val="nl-NL"/>
        </w:rPr>
        <w:t>Vraag 5:</w:t>
      </w:r>
    </w:p>
    <w:p w14:paraId="3645C7E7" w14:textId="77777777" w:rsidR="007830E5" w:rsidRPr="00E748DE" w:rsidRDefault="00DD2AEE">
      <w:pPr>
        <w:rPr>
          <w:lang w:val="nl-NL"/>
        </w:rPr>
      </w:pPr>
      <w:r w:rsidRPr="00E748DE">
        <w:rPr>
          <w:lang w:val="nl-NL"/>
        </w:rPr>
        <w:t>Wat doe je in bovenstaande casus?</w:t>
      </w:r>
      <w:r w:rsidRPr="00E748DE">
        <w:rPr>
          <w:lang w:val="nl-NL"/>
        </w:rPr>
        <w:br/>
        <w:t>A. Voordat je naar de cliënt gaat, was je je handen.</w:t>
      </w:r>
      <w:r w:rsidRPr="00E748DE">
        <w:rPr>
          <w:lang w:val="nl-NL"/>
        </w:rPr>
        <w:br/>
        <w:t>B. Voordat je naar de cliënt gaat, desinfecteer je je handen goed.</w:t>
      </w:r>
      <w:r w:rsidRPr="00E748DE">
        <w:rPr>
          <w:lang w:val="nl-NL"/>
        </w:rPr>
        <w:br/>
        <w:t>C. Voordat je naar de cliënt gaat, lik je die plakkerige vingers even goed af.</w:t>
      </w:r>
      <w:r w:rsidRPr="00E748DE">
        <w:rPr>
          <w:lang w:val="nl-NL"/>
        </w:rPr>
        <w:br/>
      </w:r>
    </w:p>
    <w:p w14:paraId="2E12AF6D" w14:textId="77777777" w:rsidR="007830E5" w:rsidRPr="00E748DE" w:rsidRDefault="00DD2AEE">
      <w:pPr>
        <w:pStyle w:val="Kop1"/>
        <w:rPr>
          <w:lang w:val="nl-NL"/>
        </w:rPr>
      </w:pPr>
      <w:r w:rsidRPr="00E748DE">
        <w:rPr>
          <w:lang w:val="nl-NL"/>
        </w:rPr>
        <w:t>Vraag 6:</w:t>
      </w:r>
    </w:p>
    <w:p w14:paraId="1DE0BF84" w14:textId="77777777" w:rsidR="007830E5" w:rsidRPr="00E748DE" w:rsidRDefault="00DD2AEE">
      <w:pPr>
        <w:rPr>
          <w:lang w:val="nl-NL"/>
        </w:rPr>
      </w:pPr>
      <w:r w:rsidRPr="00E748DE">
        <w:rPr>
          <w:lang w:val="nl-NL"/>
        </w:rPr>
        <w:t>Hoe lang duurt de volledige inwerktijd van handalcohol voor een adequate handdesinfectie?</w:t>
      </w:r>
      <w:r w:rsidRPr="00E748DE">
        <w:rPr>
          <w:lang w:val="nl-NL"/>
        </w:rPr>
        <w:br/>
        <w:t>A. 10 seconden</w:t>
      </w:r>
      <w:r w:rsidRPr="00E748DE">
        <w:rPr>
          <w:lang w:val="nl-NL"/>
        </w:rPr>
        <w:br/>
        <w:t>B. 20 seconden</w:t>
      </w:r>
      <w:r w:rsidRPr="00E748DE">
        <w:rPr>
          <w:lang w:val="nl-NL"/>
        </w:rPr>
        <w:br/>
        <w:t>C. 30 seconden</w:t>
      </w:r>
      <w:r w:rsidRPr="00E748DE">
        <w:rPr>
          <w:lang w:val="nl-NL"/>
        </w:rPr>
        <w:br/>
        <w:t>D. 40 seconden</w:t>
      </w:r>
      <w:r w:rsidRPr="00E748DE">
        <w:rPr>
          <w:lang w:val="nl-NL"/>
        </w:rPr>
        <w:br/>
      </w:r>
    </w:p>
    <w:p w14:paraId="521FF967" w14:textId="77777777" w:rsidR="007830E5" w:rsidRPr="00E748DE" w:rsidRDefault="00DD2AEE">
      <w:pPr>
        <w:pStyle w:val="Kop1"/>
        <w:rPr>
          <w:lang w:val="nl-NL"/>
        </w:rPr>
      </w:pPr>
      <w:r w:rsidRPr="00E748DE">
        <w:rPr>
          <w:lang w:val="nl-NL"/>
        </w:rPr>
        <w:t>Vraag 7:</w:t>
      </w:r>
    </w:p>
    <w:p w14:paraId="2FAFC514" w14:textId="77777777" w:rsidR="007830E5" w:rsidRDefault="00DD2AEE">
      <w:pPr>
        <w:rPr>
          <w:lang w:val="nl-NL"/>
        </w:rPr>
      </w:pPr>
      <w:r w:rsidRPr="00E748DE">
        <w:rPr>
          <w:lang w:val="nl-NL"/>
        </w:rPr>
        <w:t>Welke plekken worden vaak vergeten bij handdesinfectie?</w:t>
      </w:r>
      <w:r w:rsidRPr="00E748DE">
        <w:rPr>
          <w:lang w:val="nl-NL"/>
        </w:rPr>
        <w:br/>
        <w:t>A. Polsen en nagelriemen</w:t>
      </w:r>
      <w:r w:rsidRPr="00E748DE">
        <w:rPr>
          <w:lang w:val="nl-NL"/>
        </w:rPr>
        <w:br/>
        <w:t>B. Handpalmen</w:t>
      </w:r>
      <w:r w:rsidRPr="00E748DE">
        <w:rPr>
          <w:lang w:val="nl-NL"/>
        </w:rPr>
        <w:br/>
        <w:t>C. Duimen en vingertoppen</w:t>
      </w:r>
      <w:r w:rsidRPr="00E748DE">
        <w:rPr>
          <w:lang w:val="nl-NL"/>
        </w:rPr>
        <w:br/>
        <w:t>D. Handruggen</w:t>
      </w:r>
      <w:r w:rsidRPr="00E748DE">
        <w:rPr>
          <w:lang w:val="nl-NL"/>
        </w:rPr>
        <w:br/>
      </w:r>
    </w:p>
    <w:p w14:paraId="2EA8C51C" w14:textId="639DFF5A" w:rsidR="00014689" w:rsidRDefault="00014689">
      <w:pPr>
        <w:rPr>
          <w:lang w:val="nl-NL"/>
        </w:rPr>
      </w:pPr>
      <w:r w:rsidRPr="00014689">
        <w:rPr>
          <w:lang w:val="nl-NL"/>
        </w:rPr>
        <w:t>Controleer jullie antwoorden bij de spelleider.</w:t>
      </w:r>
      <w:r w:rsidR="008D644A">
        <w:rPr>
          <w:lang w:val="nl-NL"/>
        </w:rPr>
        <w:t xml:space="preserve"> Jullie o</w:t>
      </w:r>
      <w:r w:rsidRPr="00014689">
        <w:rPr>
          <w:lang w:val="nl-NL"/>
        </w:rPr>
        <w:t xml:space="preserve">ntvangen zo de juiste letters om een woord te vormen. </w:t>
      </w:r>
    </w:p>
    <w:p w14:paraId="2A7F615D" w14:textId="77777777" w:rsidR="00014689" w:rsidRDefault="00014689">
      <w:pPr>
        <w:rPr>
          <w:lang w:val="nl-NL"/>
        </w:rPr>
      </w:pPr>
      <w:r w:rsidRPr="00014689">
        <w:rPr>
          <w:lang w:val="nl-NL"/>
        </w:rPr>
        <w:t xml:space="preserve">Er is mogelijkheid tot het vragen van twee hints. De eerste hint geeft een bijtelling van vijf seconden op jullie eindtijd. De tweede hint geeft een bijtelling van nog eens 10 seconden op jullie eindtijd. </w:t>
      </w:r>
    </w:p>
    <w:p w14:paraId="4114D817" w14:textId="1B9E7F1E" w:rsidR="00014689" w:rsidRDefault="00014689">
      <w:pPr>
        <w:rPr>
          <w:lang w:val="nl-NL"/>
        </w:rPr>
      </w:pPr>
      <w:r w:rsidRPr="00014689">
        <w:rPr>
          <w:lang w:val="nl-NL"/>
        </w:rPr>
        <w:t>Controleer bij de spelleider of het gevonden woord jullie toegang geeft tot de volgende opdracht.</w:t>
      </w:r>
    </w:p>
    <w:p w14:paraId="14D89C6E" w14:textId="77777777" w:rsidR="006677C9" w:rsidRDefault="006677C9">
      <w:pPr>
        <w:rPr>
          <w:lang w:val="nl-NL"/>
        </w:rPr>
      </w:pPr>
    </w:p>
    <w:p w14:paraId="1D5E00F9" w14:textId="77777777" w:rsidR="006677C9" w:rsidRDefault="006677C9">
      <w:pPr>
        <w:rPr>
          <w:lang w:val="nl-NL"/>
        </w:rPr>
      </w:pPr>
    </w:p>
    <w:p w14:paraId="78829740" w14:textId="74DB5522" w:rsidR="006677C9" w:rsidRPr="006677C9" w:rsidRDefault="006677C9">
      <w:pPr>
        <w:rPr>
          <w:b/>
          <w:bCs/>
          <w:lang w:val="nl-NL"/>
        </w:rPr>
      </w:pPr>
      <w:r w:rsidRPr="006677C9">
        <w:rPr>
          <w:b/>
          <w:bCs/>
          <w:lang w:val="nl-NL"/>
        </w:rPr>
        <w:lastRenderedPageBreak/>
        <w:t>Invultabel</w:t>
      </w:r>
    </w:p>
    <w:tbl>
      <w:tblPr>
        <w:tblStyle w:val="Tabelraster"/>
        <w:tblW w:w="0" w:type="auto"/>
        <w:tblLook w:val="04A0" w:firstRow="1" w:lastRow="0" w:firstColumn="1" w:lastColumn="0" w:noHBand="0" w:noVBand="1"/>
      </w:tblPr>
      <w:tblGrid>
        <w:gridCol w:w="1726"/>
        <w:gridCol w:w="1726"/>
        <w:gridCol w:w="1726"/>
      </w:tblGrid>
      <w:tr w:rsidR="006677C9" w:rsidRPr="00360E74" w14:paraId="6C062632" w14:textId="77777777" w:rsidTr="005C5749">
        <w:tc>
          <w:tcPr>
            <w:tcW w:w="1726" w:type="dxa"/>
          </w:tcPr>
          <w:p w14:paraId="2E4F2CAB" w14:textId="77777777" w:rsidR="006677C9" w:rsidRPr="00360E74" w:rsidRDefault="006677C9" w:rsidP="005C5749">
            <w:pPr>
              <w:rPr>
                <w:b/>
                <w:bCs/>
                <w:lang w:val="nl-NL"/>
              </w:rPr>
            </w:pPr>
            <w:r w:rsidRPr="00360E74">
              <w:rPr>
                <w:b/>
                <w:bCs/>
                <w:lang w:val="nl-NL"/>
              </w:rPr>
              <w:t>Vraag</w:t>
            </w:r>
          </w:p>
        </w:tc>
        <w:tc>
          <w:tcPr>
            <w:tcW w:w="1726" w:type="dxa"/>
          </w:tcPr>
          <w:p w14:paraId="2E715C7C" w14:textId="77777777" w:rsidR="006677C9" w:rsidRPr="00360E74" w:rsidRDefault="006677C9" w:rsidP="005C5749">
            <w:pPr>
              <w:rPr>
                <w:b/>
                <w:bCs/>
                <w:lang w:val="nl-NL"/>
              </w:rPr>
            </w:pPr>
            <w:r w:rsidRPr="00360E74">
              <w:rPr>
                <w:b/>
                <w:bCs/>
                <w:lang w:val="nl-NL"/>
              </w:rPr>
              <w:t>antwoord</w:t>
            </w:r>
          </w:p>
        </w:tc>
        <w:tc>
          <w:tcPr>
            <w:tcW w:w="1726" w:type="dxa"/>
          </w:tcPr>
          <w:p w14:paraId="4DF5DC02" w14:textId="1320591C" w:rsidR="006677C9" w:rsidRPr="00360E74" w:rsidRDefault="006677C9" w:rsidP="005C5749">
            <w:pPr>
              <w:rPr>
                <w:b/>
                <w:bCs/>
                <w:lang w:val="nl-NL"/>
              </w:rPr>
            </w:pPr>
            <w:r>
              <w:rPr>
                <w:b/>
                <w:bCs/>
                <w:lang w:val="nl-NL"/>
              </w:rPr>
              <w:t>L</w:t>
            </w:r>
            <w:r w:rsidRPr="00360E74">
              <w:rPr>
                <w:b/>
                <w:bCs/>
                <w:lang w:val="nl-NL"/>
              </w:rPr>
              <w:t>etters</w:t>
            </w:r>
          </w:p>
        </w:tc>
      </w:tr>
      <w:tr w:rsidR="006677C9" w14:paraId="3DFE38C1" w14:textId="77777777" w:rsidTr="005C5749">
        <w:tc>
          <w:tcPr>
            <w:tcW w:w="1726" w:type="dxa"/>
          </w:tcPr>
          <w:p w14:paraId="42F43477" w14:textId="77777777" w:rsidR="006677C9" w:rsidRDefault="006677C9" w:rsidP="005C5749">
            <w:pPr>
              <w:rPr>
                <w:lang w:val="nl-NL"/>
              </w:rPr>
            </w:pPr>
            <w:r>
              <w:rPr>
                <w:lang w:val="nl-NL"/>
              </w:rPr>
              <w:t>1</w:t>
            </w:r>
          </w:p>
        </w:tc>
        <w:tc>
          <w:tcPr>
            <w:tcW w:w="1726" w:type="dxa"/>
          </w:tcPr>
          <w:p w14:paraId="2D8D8D14" w14:textId="13D3A014" w:rsidR="006677C9" w:rsidRDefault="006677C9" w:rsidP="005C5749">
            <w:pPr>
              <w:rPr>
                <w:lang w:val="nl-NL"/>
              </w:rPr>
            </w:pPr>
          </w:p>
        </w:tc>
        <w:tc>
          <w:tcPr>
            <w:tcW w:w="1726" w:type="dxa"/>
          </w:tcPr>
          <w:p w14:paraId="2A69F58F" w14:textId="050E6209" w:rsidR="006677C9" w:rsidRDefault="006677C9" w:rsidP="005C5749">
            <w:pPr>
              <w:rPr>
                <w:lang w:val="nl-NL"/>
              </w:rPr>
            </w:pPr>
          </w:p>
        </w:tc>
      </w:tr>
      <w:tr w:rsidR="006677C9" w14:paraId="7002F8A5" w14:textId="77777777" w:rsidTr="005C5749">
        <w:tc>
          <w:tcPr>
            <w:tcW w:w="1726" w:type="dxa"/>
          </w:tcPr>
          <w:p w14:paraId="5CD41ABB" w14:textId="77777777" w:rsidR="006677C9" w:rsidRDefault="006677C9" w:rsidP="005C5749">
            <w:pPr>
              <w:rPr>
                <w:lang w:val="nl-NL"/>
              </w:rPr>
            </w:pPr>
            <w:r>
              <w:rPr>
                <w:lang w:val="nl-NL"/>
              </w:rPr>
              <w:t>2</w:t>
            </w:r>
          </w:p>
        </w:tc>
        <w:tc>
          <w:tcPr>
            <w:tcW w:w="1726" w:type="dxa"/>
          </w:tcPr>
          <w:p w14:paraId="501250DF" w14:textId="7623AB91" w:rsidR="006677C9" w:rsidRDefault="006677C9" w:rsidP="005C5749">
            <w:pPr>
              <w:rPr>
                <w:lang w:val="nl-NL"/>
              </w:rPr>
            </w:pPr>
          </w:p>
        </w:tc>
        <w:tc>
          <w:tcPr>
            <w:tcW w:w="1726" w:type="dxa"/>
          </w:tcPr>
          <w:p w14:paraId="69B56C27" w14:textId="38B0EA92" w:rsidR="006677C9" w:rsidRDefault="006677C9" w:rsidP="005C5749">
            <w:pPr>
              <w:rPr>
                <w:lang w:val="nl-NL"/>
              </w:rPr>
            </w:pPr>
          </w:p>
        </w:tc>
      </w:tr>
      <w:tr w:rsidR="006677C9" w14:paraId="5EF2E2BA" w14:textId="77777777" w:rsidTr="005C5749">
        <w:tc>
          <w:tcPr>
            <w:tcW w:w="1726" w:type="dxa"/>
          </w:tcPr>
          <w:p w14:paraId="3D09C209" w14:textId="77777777" w:rsidR="006677C9" w:rsidRDefault="006677C9" w:rsidP="005C5749">
            <w:pPr>
              <w:rPr>
                <w:lang w:val="nl-NL"/>
              </w:rPr>
            </w:pPr>
            <w:r>
              <w:rPr>
                <w:lang w:val="nl-NL"/>
              </w:rPr>
              <w:t>3</w:t>
            </w:r>
          </w:p>
        </w:tc>
        <w:tc>
          <w:tcPr>
            <w:tcW w:w="1726" w:type="dxa"/>
          </w:tcPr>
          <w:p w14:paraId="3A65A2EB" w14:textId="49AB69DE" w:rsidR="006677C9" w:rsidRDefault="006677C9" w:rsidP="005C5749">
            <w:pPr>
              <w:rPr>
                <w:lang w:val="nl-NL"/>
              </w:rPr>
            </w:pPr>
          </w:p>
        </w:tc>
        <w:tc>
          <w:tcPr>
            <w:tcW w:w="1726" w:type="dxa"/>
          </w:tcPr>
          <w:p w14:paraId="6827EE6E" w14:textId="5179D349" w:rsidR="006677C9" w:rsidRDefault="006677C9" w:rsidP="005C5749">
            <w:pPr>
              <w:rPr>
                <w:lang w:val="nl-NL"/>
              </w:rPr>
            </w:pPr>
          </w:p>
        </w:tc>
      </w:tr>
      <w:tr w:rsidR="006677C9" w14:paraId="58ED9AFA" w14:textId="77777777" w:rsidTr="005C5749">
        <w:tc>
          <w:tcPr>
            <w:tcW w:w="1726" w:type="dxa"/>
          </w:tcPr>
          <w:p w14:paraId="26F0E193" w14:textId="77777777" w:rsidR="006677C9" w:rsidRDefault="006677C9" w:rsidP="005C5749">
            <w:pPr>
              <w:rPr>
                <w:lang w:val="nl-NL"/>
              </w:rPr>
            </w:pPr>
            <w:r>
              <w:rPr>
                <w:lang w:val="nl-NL"/>
              </w:rPr>
              <w:t>4</w:t>
            </w:r>
          </w:p>
        </w:tc>
        <w:tc>
          <w:tcPr>
            <w:tcW w:w="1726" w:type="dxa"/>
          </w:tcPr>
          <w:p w14:paraId="020A7C61" w14:textId="0C441D0C" w:rsidR="006677C9" w:rsidRDefault="006677C9" w:rsidP="005C5749">
            <w:pPr>
              <w:rPr>
                <w:lang w:val="nl-NL"/>
              </w:rPr>
            </w:pPr>
          </w:p>
        </w:tc>
        <w:tc>
          <w:tcPr>
            <w:tcW w:w="1726" w:type="dxa"/>
          </w:tcPr>
          <w:p w14:paraId="67523CA6" w14:textId="50093507" w:rsidR="006677C9" w:rsidRDefault="006677C9" w:rsidP="005C5749">
            <w:pPr>
              <w:rPr>
                <w:lang w:val="nl-NL"/>
              </w:rPr>
            </w:pPr>
          </w:p>
        </w:tc>
      </w:tr>
      <w:tr w:rsidR="006677C9" w14:paraId="4185C4BC" w14:textId="77777777" w:rsidTr="005C5749">
        <w:tc>
          <w:tcPr>
            <w:tcW w:w="1726" w:type="dxa"/>
          </w:tcPr>
          <w:p w14:paraId="2E5F3E2A" w14:textId="77777777" w:rsidR="006677C9" w:rsidRDefault="006677C9" w:rsidP="005C5749">
            <w:pPr>
              <w:rPr>
                <w:lang w:val="nl-NL"/>
              </w:rPr>
            </w:pPr>
            <w:r>
              <w:rPr>
                <w:lang w:val="nl-NL"/>
              </w:rPr>
              <w:t>5</w:t>
            </w:r>
          </w:p>
        </w:tc>
        <w:tc>
          <w:tcPr>
            <w:tcW w:w="1726" w:type="dxa"/>
          </w:tcPr>
          <w:p w14:paraId="16E0A6D4" w14:textId="2293BDE9" w:rsidR="006677C9" w:rsidRDefault="006677C9" w:rsidP="005C5749">
            <w:pPr>
              <w:rPr>
                <w:lang w:val="nl-NL"/>
              </w:rPr>
            </w:pPr>
          </w:p>
        </w:tc>
        <w:tc>
          <w:tcPr>
            <w:tcW w:w="1726" w:type="dxa"/>
          </w:tcPr>
          <w:p w14:paraId="436CD720" w14:textId="2C1AFE1F" w:rsidR="006677C9" w:rsidRDefault="006677C9" w:rsidP="005C5749">
            <w:pPr>
              <w:rPr>
                <w:lang w:val="nl-NL"/>
              </w:rPr>
            </w:pPr>
          </w:p>
        </w:tc>
      </w:tr>
      <w:tr w:rsidR="006677C9" w14:paraId="5B2644E2" w14:textId="77777777" w:rsidTr="005C5749">
        <w:tc>
          <w:tcPr>
            <w:tcW w:w="1726" w:type="dxa"/>
          </w:tcPr>
          <w:p w14:paraId="43D93F88" w14:textId="77777777" w:rsidR="006677C9" w:rsidRDefault="006677C9" w:rsidP="005C5749">
            <w:pPr>
              <w:rPr>
                <w:lang w:val="nl-NL"/>
              </w:rPr>
            </w:pPr>
            <w:r>
              <w:rPr>
                <w:lang w:val="nl-NL"/>
              </w:rPr>
              <w:t>6</w:t>
            </w:r>
          </w:p>
        </w:tc>
        <w:tc>
          <w:tcPr>
            <w:tcW w:w="1726" w:type="dxa"/>
          </w:tcPr>
          <w:p w14:paraId="00671914" w14:textId="4A5CCAC9" w:rsidR="006677C9" w:rsidRDefault="006677C9" w:rsidP="005C5749">
            <w:pPr>
              <w:rPr>
                <w:lang w:val="nl-NL"/>
              </w:rPr>
            </w:pPr>
          </w:p>
        </w:tc>
        <w:tc>
          <w:tcPr>
            <w:tcW w:w="1726" w:type="dxa"/>
          </w:tcPr>
          <w:p w14:paraId="0E39D17C" w14:textId="18E95489" w:rsidR="006677C9" w:rsidRDefault="006677C9" w:rsidP="005C5749">
            <w:pPr>
              <w:rPr>
                <w:lang w:val="nl-NL"/>
              </w:rPr>
            </w:pPr>
          </w:p>
        </w:tc>
      </w:tr>
      <w:tr w:rsidR="006677C9" w14:paraId="30960F3F" w14:textId="77777777" w:rsidTr="005C5749">
        <w:tc>
          <w:tcPr>
            <w:tcW w:w="1726" w:type="dxa"/>
          </w:tcPr>
          <w:p w14:paraId="662D7B35" w14:textId="77777777" w:rsidR="006677C9" w:rsidRDefault="006677C9" w:rsidP="005C5749">
            <w:pPr>
              <w:rPr>
                <w:lang w:val="nl-NL"/>
              </w:rPr>
            </w:pPr>
            <w:r>
              <w:rPr>
                <w:lang w:val="nl-NL"/>
              </w:rPr>
              <w:t>7</w:t>
            </w:r>
          </w:p>
        </w:tc>
        <w:tc>
          <w:tcPr>
            <w:tcW w:w="1726" w:type="dxa"/>
          </w:tcPr>
          <w:p w14:paraId="79DC7BE3" w14:textId="7334EB7F" w:rsidR="006677C9" w:rsidRDefault="006677C9" w:rsidP="005C5749">
            <w:pPr>
              <w:rPr>
                <w:lang w:val="nl-NL"/>
              </w:rPr>
            </w:pPr>
          </w:p>
        </w:tc>
        <w:tc>
          <w:tcPr>
            <w:tcW w:w="1726" w:type="dxa"/>
          </w:tcPr>
          <w:p w14:paraId="1A89B94A" w14:textId="64DC51A4" w:rsidR="006677C9" w:rsidRDefault="006677C9" w:rsidP="005C5749">
            <w:pPr>
              <w:rPr>
                <w:lang w:val="nl-NL"/>
              </w:rPr>
            </w:pPr>
          </w:p>
        </w:tc>
      </w:tr>
    </w:tbl>
    <w:p w14:paraId="7D75E13F" w14:textId="77777777" w:rsidR="006677C9" w:rsidRDefault="006677C9">
      <w:pPr>
        <w:rPr>
          <w:lang w:val="nl-NL"/>
        </w:rPr>
      </w:pPr>
    </w:p>
    <w:p w14:paraId="40E5F401" w14:textId="1BD71219" w:rsidR="00C704DE" w:rsidRPr="00014689" w:rsidRDefault="00C704DE">
      <w:pPr>
        <w:rPr>
          <w:lang w:val="nl-NL"/>
        </w:rPr>
      </w:pPr>
      <w:r>
        <w:rPr>
          <w:lang w:val="nl-NL"/>
        </w:rPr>
        <w:t xml:space="preserve">Woord: </w:t>
      </w:r>
    </w:p>
    <w:sectPr w:rsidR="00C704DE" w:rsidRPr="0001468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918683751">
    <w:abstractNumId w:val="8"/>
  </w:num>
  <w:num w:numId="2" w16cid:durableId="797722073">
    <w:abstractNumId w:val="6"/>
  </w:num>
  <w:num w:numId="3" w16cid:durableId="1146319272">
    <w:abstractNumId w:val="5"/>
  </w:num>
  <w:num w:numId="4" w16cid:durableId="405616753">
    <w:abstractNumId w:val="4"/>
  </w:num>
  <w:num w:numId="5" w16cid:durableId="2000109737">
    <w:abstractNumId w:val="7"/>
  </w:num>
  <w:num w:numId="6" w16cid:durableId="1196118185">
    <w:abstractNumId w:val="3"/>
  </w:num>
  <w:num w:numId="7" w16cid:durableId="75518840">
    <w:abstractNumId w:val="2"/>
  </w:num>
  <w:num w:numId="8" w16cid:durableId="1263996579">
    <w:abstractNumId w:val="1"/>
  </w:num>
  <w:num w:numId="9" w16cid:durableId="105835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89"/>
    <w:rsid w:val="00034616"/>
    <w:rsid w:val="0006063C"/>
    <w:rsid w:val="000C0E40"/>
    <w:rsid w:val="0015074B"/>
    <w:rsid w:val="001B5FF6"/>
    <w:rsid w:val="001F23D3"/>
    <w:rsid w:val="00200CDA"/>
    <w:rsid w:val="00257596"/>
    <w:rsid w:val="00262E12"/>
    <w:rsid w:val="0029639D"/>
    <w:rsid w:val="002E6F9A"/>
    <w:rsid w:val="00326F90"/>
    <w:rsid w:val="00402F89"/>
    <w:rsid w:val="00647BB7"/>
    <w:rsid w:val="006677C9"/>
    <w:rsid w:val="006962C2"/>
    <w:rsid w:val="00726E4E"/>
    <w:rsid w:val="007830E5"/>
    <w:rsid w:val="008024C6"/>
    <w:rsid w:val="008858A4"/>
    <w:rsid w:val="008B467E"/>
    <w:rsid w:val="008D644A"/>
    <w:rsid w:val="00AA1D8D"/>
    <w:rsid w:val="00B47730"/>
    <w:rsid w:val="00C349FF"/>
    <w:rsid w:val="00C704DE"/>
    <w:rsid w:val="00CB0664"/>
    <w:rsid w:val="00D031C3"/>
    <w:rsid w:val="00D85380"/>
    <w:rsid w:val="00DD2AEE"/>
    <w:rsid w:val="00E748DE"/>
    <w:rsid w:val="00FA6634"/>
    <w:rsid w:val="00FC693F"/>
    <w:rsid w:val="2A523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C60558"/>
  <w14:defaultImageDpi w14:val="300"/>
  <w15:docId w15:val="{E9BFCB06-BE22-4A00-AADF-380C3D4F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oorkeur xmlns="ef7aed2c-a5e8-4e19-a8ff-d4f41585aa69">1</Voorkeur>
    <_DCDateModified xmlns="http://schemas.microsoft.com/sharepoint/v3/fields" xsi:nil="true"/>
    <lcf76f155ced4ddcb4097134ff3c332f xmlns="ef7aed2c-a5e8-4e19-a8ff-d4f41585aa69">
      <Terms xmlns="http://schemas.microsoft.com/office/infopath/2007/PartnerControls"/>
    </lcf76f155ced4ddcb4097134ff3c332f>
    <TaxCatchAll xmlns="08029d93-7516-4a56-a2cb-631a2b2b80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607D7E0CE0F34F8440612BDDB2EE2C" ma:contentTypeVersion="18" ma:contentTypeDescription="Een nieuw document maken." ma:contentTypeScope="" ma:versionID="063ffe8eb149ae55019e899edf31c138">
  <xsd:schema xmlns:xsd="http://www.w3.org/2001/XMLSchema" xmlns:xs="http://www.w3.org/2001/XMLSchema" xmlns:p="http://schemas.microsoft.com/office/2006/metadata/properties" xmlns:ns2="ef7aed2c-a5e8-4e19-a8ff-d4f41585aa69" xmlns:ns3="08029d93-7516-4a56-a2cb-631a2b2b80c8" xmlns:ns4="http://schemas.microsoft.com/sharepoint/v3/fields" targetNamespace="http://schemas.microsoft.com/office/2006/metadata/properties" ma:root="true" ma:fieldsID="afdfdf10dcc75df39796dbdd3b7bbddc" ns2:_="" ns3:_="" ns4:_="">
    <xsd:import namespace="ef7aed2c-a5e8-4e19-a8ff-d4f41585aa69"/>
    <xsd:import namespace="08029d93-7516-4a56-a2cb-631a2b2b80c8"/>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Voorkeur"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4:_DCDateModifi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ed2c-a5e8-4e19-a8ff-d4f41585a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keur" ma:index="10" nillable="true" ma:displayName="Voorkeur" ma:decimals="0" ma:default="1" ma:format="Dropdown" ma:internalName="Voorkeur" ma:percentage="FALSE">
      <xsd:simpleType>
        <xsd:restriction base="dms:Number"/>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029d93-7516-4a56-a2cb-631a2b2b80c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fe25670-03f6-498d-9cb2-b81f88e2076a}" ma:internalName="TaxCatchAll" ma:showField="CatchAllData" ma:web="08029d93-7516-4a56-a2cb-631a2b2b80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23" nillable="true" ma:displayName="Gewijzigd op" ma:description="De datum waarop deze bron voor het laatst is gewijzig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39BAF-11EC-4CC5-B47D-EFD5C09A32A9}">
  <ds:schemaRefs>
    <ds:schemaRef ds:uri="http://schemas.microsoft.com/sharepoint/v3/contenttype/forms"/>
  </ds:schemaRefs>
</ds:datastoreItem>
</file>

<file path=customXml/itemProps2.xml><?xml version="1.0" encoding="utf-8"?>
<ds:datastoreItem xmlns:ds="http://schemas.openxmlformats.org/officeDocument/2006/customXml" ds:itemID="{A3CB9D1C-3C43-4F7B-A26F-563D0E634724}">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08029d93-7516-4a56-a2cb-631a2b2b80c8"/>
    <ds:schemaRef ds:uri="ef7aed2c-a5e8-4e19-a8ff-d4f41585aa69"/>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5C6E5BBA-53AD-4F25-94A1-557D5BD34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aed2c-a5e8-4e19-a8ff-d4f41585aa69"/>
    <ds:schemaRef ds:uri="08029d93-7516-4a56-a2cb-631a2b2b80c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409</Words>
  <Characters>2250</Characters>
  <Application>Microsoft Office Word</Application>
  <DocSecurity>0</DocSecurity>
  <Lines>18</Lines>
  <Paragraphs>5</Paragraphs>
  <ScaleCrop>false</ScaleCrop>
  <Manager/>
  <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Shirley Visser</cp:lastModifiedBy>
  <cp:revision>5</cp:revision>
  <cp:lastPrinted>2026-03-10T09:43:00Z</cp:lastPrinted>
  <dcterms:created xsi:type="dcterms:W3CDTF">2026-03-10T09:43:00Z</dcterms:created>
  <dcterms:modified xsi:type="dcterms:W3CDTF">2026-05-19T10:01:00Z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0x0101009F607D7E0CE0F34F8440612BDDB2EE2C</vt:lpwstr>
  </property>
  <property fmtid="{D5CDD505-2E9C-101B-9397-08002B2CF9AE}" pid="3" name="MediaServiceImageTags">
    <vt:lpwstr/>
  </property>
</Properties>
</file>